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/>
    </w:p>
    <w:p>
      <w:r>
        <w:t>Recipient name</w:t>
        <w:br/>
      </w:r>
      <w:r>
        <w:t>Organization</w:t>
        <w:br/>
      </w:r>
      <w:r>
        <w:t>Address</w:t>
      </w:r>
    </w:p>
    <w:p>
      <w:r/>
    </w:p>
    <w:p>
      <w:r>
        <w:rPr>
          <w:b/>
        </w:rPr>
        <w:t>Subject: Subject of the letter</w:t>
      </w:r>
    </w:p>
    <w:p>
      <w:r/>
    </w:p>
    <w:p>
      <w:r>
        <w:t>Dear Name,</w:t>
      </w:r>
    </w:p>
    <w:p>
      <w:r>
        <w:t>Body text. Use Arial 11 pt, single line spacing and 6 pt after paragraphs.</w:t>
      </w:r>
    </w:p>
    <w:p>
      <w:r>
        <w:t>Kind regards,</w:t>
      </w:r>
    </w:p>
    <w:p>
      <w:r/>
    </w:p>
    <w:p>
      <w:r>
        <w:t>Full Name</w:t>
        <w:br/>
      </w:r>
      <w:r>
        <w:t>Job title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2627A"/>
        <w:sz w:val="16"/>
      </w:rPr>
      <w:t>BioInnovation Greece A.M.K.E. · bioinnovation.gr · help@bioinnovation.gr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980000" cy="445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ioinnovation-greece-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0" cy="445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Arial" w:hAnsi="Arial" w:eastAsia="Arial"/>
      <w:color w:val="1420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BioInnovation Greece letterhead</dc:title>
  <dc:subject/>
  <dc:creator>BioInnovation Greece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